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267" w:rsidRDefault="00824267" w:rsidP="00824267">
      <w:pPr>
        <w:spacing w:after="0" w:line="312" w:lineRule="auto"/>
        <w:ind w:left="709"/>
        <w:rPr>
          <w:rFonts w:ascii="Times New Roman" w:hAnsi="Times New Roman" w:cs="Times New Roman"/>
          <w:b/>
          <w:sz w:val="24"/>
          <w:szCs w:val="24"/>
          <w:lang w:eastAsia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-493395</wp:posOffset>
            </wp:positionV>
            <wp:extent cx="1195070" cy="1195070"/>
            <wp:effectExtent l="0" t="0" r="5080" b="5080"/>
            <wp:wrapNone/>
            <wp:docPr id="2" name="Картина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6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191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21B6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НАЧАЛНО УЧИЛИЩЕ “ОТЕЦ ПАИСИЙ” - ПЛЕВЕН</w:t>
      </w:r>
    </w:p>
    <w:p w:rsidR="00824267" w:rsidRDefault="00824267" w:rsidP="00824267">
      <w:pPr>
        <w:spacing w:after="0" w:line="31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Плевен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„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Отец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Паисий</w:t>
      </w:r>
      <w:proofErr w:type="spellEnd"/>
      <w:proofErr w:type="gramStart"/>
      <w:r>
        <w:rPr>
          <w:rFonts w:ascii="Times New Roman" w:eastAsia="Calibri" w:hAnsi="Times New Roman" w:cs="Times New Roman"/>
          <w:sz w:val="24"/>
          <w:szCs w:val="24"/>
        </w:rPr>
        <w:t>“ №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10,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тел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./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факс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: 064 82 38 80</w:t>
      </w:r>
    </w:p>
    <w:p w:rsidR="00824267" w:rsidRDefault="00824267" w:rsidP="00824267">
      <w:pPr>
        <w:pBdr>
          <w:bottom w:val="single" w:sz="6" w:space="0" w:color="auto"/>
        </w:pBdr>
        <w:spacing w:after="0" w:line="31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E-mail: </w:t>
      </w:r>
      <w:hyperlink r:id="rId8" w:history="1">
        <w:r>
          <w:rPr>
            <w:rStyle w:val="affa"/>
            <w:rFonts w:ascii="Times New Roman" w:eastAsia="Calibri" w:hAnsi="Times New Roman" w:cs="Times New Roman"/>
            <w:sz w:val="24"/>
            <w:szCs w:val="24"/>
          </w:rPr>
          <w:t>info-1500105@edu.mon.bg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9" w:history="1">
        <w:r>
          <w:rPr>
            <w:rStyle w:val="affa"/>
            <w:rFonts w:ascii="Times New Roman" w:eastAsia="Calibri" w:hAnsi="Times New Roman" w:cs="Times New Roman"/>
            <w:sz w:val="24"/>
            <w:szCs w:val="24"/>
          </w:rPr>
          <w:t>http://otec-paisiy.com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24267" w:rsidRDefault="00824267" w:rsidP="00824267">
      <w:pPr>
        <w:spacing w:line="312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24267" w:rsidRDefault="00824267" w:rsidP="00824267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824267" w:rsidRPr="001D3E53" w:rsidRDefault="001D3E53" w:rsidP="00824267">
      <w:pPr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1D3E53">
        <w:rPr>
          <w:rFonts w:ascii="Times New Roman" w:hAnsi="Times New Roman" w:cs="Times New Roman"/>
          <w:b/>
          <w:sz w:val="24"/>
          <w:szCs w:val="24"/>
        </w:rPr>
        <w:t>ДО</w:t>
      </w:r>
      <w:r w:rsidRPr="001D3E53">
        <w:rPr>
          <w:rFonts w:ascii="Times New Roman" w:hAnsi="Times New Roman" w:cs="Times New Roman"/>
          <w:b/>
          <w:sz w:val="24"/>
          <w:szCs w:val="24"/>
        </w:rPr>
        <w:br/>
        <w:t xml:space="preserve">ДИРЕКТОРА </w:t>
      </w:r>
    </w:p>
    <w:p w:rsidR="00824267" w:rsidRPr="001D3E53" w:rsidRDefault="001D3E53" w:rsidP="00824267">
      <w:pPr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1D3E53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824267" w:rsidRPr="001D3E53">
        <w:rPr>
          <w:rFonts w:ascii="Times New Roman" w:hAnsi="Times New Roman" w:cs="Times New Roman"/>
          <w:b/>
          <w:sz w:val="24"/>
          <w:szCs w:val="24"/>
        </w:rPr>
        <w:t xml:space="preserve">НАЧАЛНО УЧИЛИЩЕ „ОТЕЦ ПАИСИЙ“ </w:t>
      </w:r>
    </w:p>
    <w:p w:rsidR="00AC6BE7" w:rsidRPr="00824267" w:rsidRDefault="00824267" w:rsidP="00824267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1D3E53">
        <w:rPr>
          <w:rFonts w:ascii="Times New Roman" w:hAnsi="Times New Roman" w:cs="Times New Roman"/>
          <w:b/>
          <w:sz w:val="24"/>
          <w:szCs w:val="24"/>
        </w:rPr>
        <w:t>ГР. ПЛЕВЕН</w:t>
      </w:r>
    </w:p>
    <w:p w:rsidR="00824267" w:rsidRDefault="00824267" w:rsidP="00824267">
      <w:pPr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</w:p>
    <w:p w:rsidR="00824267" w:rsidRDefault="00824267" w:rsidP="00824267">
      <w:pPr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824267" w:rsidRPr="00824267" w:rsidRDefault="00824267" w:rsidP="00824267">
      <w:pPr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824267">
        <w:rPr>
          <w:rFonts w:ascii="Times New Roman" w:hAnsi="Times New Roman" w:cs="Times New Roman"/>
          <w:b/>
          <w:sz w:val="32"/>
          <w:szCs w:val="24"/>
        </w:rPr>
        <w:t>ЗАЯВЛЕНИЕ</w:t>
      </w:r>
    </w:p>
    <w:p w:rsidR="00AC6BE7" w:rsidRPr="00824267" w:rsidRDefault="001D3E53" w:rsidP="00824267">
      <w:pPr>
        <w:spacing w:after="0" w:line="312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82426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824267" w:rsidRPr="00824267">
        <w:rPr>
          <w:rFonts w:ascii="Times New Roman" w:hAnsi="Times New Roman" w:cs="Times New Roman"/>
          <w:sz w:val="24"/>
          <w:szCs w:val="24"/>
        </w:rPr>
        <w:t>о</w:t>
      </w:r>
      <w:r w:rsidR="00824267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="00824267">
        <w:rPr>
          <w:rFonts w:ascii="Times New Roman" w:hAnsi="Times New Roman" w:cs="Times New Roman"/>
          <w:sz w:val="24"/>
          <w:szCs w:val="24"/>
        </w:rPr>
        <w:t xml:space="preserve"> </w:t>
      </w:r>
      <w:r w:rsidR="00824267">
        <w:rPr>
          <w:rFonts w:ascii="Times New Roman" w:hAnsi="Times New Roman" w:cs="Times New Roman"/>
          <w:sz w:val="24"/>
          <w:szCs w:val="24"/>
          <w:lang w:val="bg-BG"/>
        </w:rPr>
        <w:t>_____________________________________________________________________</w:t>
      </w:r>
    </w:p>
    <w:p w:rsidR="00AC6BE7" w:rsidRPr="00824267" w:rsidRDefault="001D3E53" w:rsidP="00824267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82426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24267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824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6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24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67">
        <w:rPr>
          <w:rFonts w:ascii="Times New Roman" w:hAnsi="Times New Roman" w:cs="Times New Roman"/>
          <w:sz w:val="24"/>
          <w:szCs w:val="24"/>
        </w:rPr>
        <w:t>родителя</w:t>
      </w:r>
      <w:proofErr w:type="spellEnd"/>
      <w:r w:rsidRPr="0082426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24267">
        <w:rPr>
          <w:rFonts w:ascii="Times New Roman" w:hAnsi="Times New Roman" w:cs="Times New Roman"/>
          <w:sz w:val="24"/>
          <w:szCs w:val="24"/>
        </w:rPr>
        <w:t>настойника</w:t>
      </w:r>
      <w:proofErr w:type="spellEnd"/>
      <w:r w:rsidRPr="00824267">
        <w:rPr>
          <w:rFonts w:ascii="Times New Roman" w:hAnsi="Times New Roman" w:cs="Times New Roman"/>
          <w:sz w:val="24"/>
          <w:szCs w:val="24"/>
        </w:rPr>
        <w:t>)</w:t>
      </w:r>
    </w:p>
    <w:p w:rsidR="00AC6BE7" w:rsidRPr="00824267" w:rsidRDefault="00824267" w:rsidP="00824267">
      <w:pPr>
        <w:spacing w:after="0" w:line="312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т</w:t>
      </w:r>
      <w:proofErr w:type="spellStart"/>
      <w:r w:rsidR="001D3E53" w:rsidRPr="00824267">
        <w:rPr>
          <w:rFonts w:ascii="Times New Roman" w:hAnsi="Times New Roman" w:cs="Times New Roman"/>
          <w:sz w:val="24"/>
          <w:szCs w:val="24"/>
        </w:rPr>
        <w:t>ел</w:t>
      </w:r>
      <w:proofErr w:type="spellEnd"/>
      <w:r w:rsidR="001D3E53" w:rsidRPr="00824267">
        <w:rPr>
          <w:rFonts w:ascii="Times New Roman" w:hAnsi="Times New Roman" w:cs="Times New Roman"/>
          <w:sz w:val="24"/>
          <w:szCs w:val="24"/>
        </w:rPr>
        <w:t xml:space="preserve">.: </w:t>
      </w:r>
      <w:r>
        <w:rPr>
          <w:rFonts w:ascii="Times New Roman" w:hAnsi="Times New Roman" w:cs="Times New Roman"/>
          <w:sz w:val="24"/>
          <w:szCs w:val="24"/>
          <w:lang w:val="bg-BG"/>
        </w:rPr>
        <w:t>______________________________</w:t>
      </w:r>
    </w:p>
    <w:p w:rsidR="00824267" w:rsidRDefault="001D3E53" w:rsidP="00824267">
      <w:pPr>
        <w:spacing w:after="0" w:line="312" w:lineRule="auto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824267"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 w:rsidRPr="00824267">
        <w:rPr>
          <w:rFonts w:ascii="Times New Roman" w:hAnsi="Times New Roman" w:cs="Times New Roman"/>
          <w:sz w:val="24"/>
          <w:szCs w:val="24"/>
        </w:rPr>
        <w:t xml:space="preserve">: </w:t>
      </w:r>
      <w:r w:rsidR="00824267">
        <w:rPr>
          <w:rFonts w:ascii="Times New Roman" w:hAnsi="Times New Roman" w:cs="Times New Roman"/>
          <w:sz w:val="24"/>
          <w:szCs w:val="24"/>
          <w:lang w:val="bg-BG"/>
        </w:rPr>
        <w:t>______________________________________________________________________</w:t>
      </w:r>
    </w:p>
    <w:p w:rsidR="00AC6BE7" w:rsidRPr="00824267" w:rsidRDefault="001D3E53" w:rsidP="00824267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24267">
        <w:rPr>
          <w:rFonts w:ascii="Times New Roman" w:hAnsi="Times New Roman" w:cs="Times New Roman"/>
          <w:sz w:val="24"/>
          <w:szCs w:val="24"/>
        </w:rPr>
        <w:t>Родител</w:t>
      </w:r>
      <w:proofErr w:type="spellEnd"/>
      <w:r w:rsidRPr="00824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6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24267">
        <w:rPr>
          <w:rFonts w:ascii="Times New Roman" w:hAnsi="Times New Roman" w:cs="Times New Roman"/>
          <w:sz w:val="24"/>
          <w:szCs w:val="24"/>
        </w:rPr>
        <w:t xml:space="preserve"> </w:t>
      </w:r>
      <w:r w:rsidR="00824267">
        <w:rPr>
          <w:rFonts w:ascii="Times New Roman" w:hAnsi="Times New Roman" w:cs="Times New Roman"/>
          <w:sz w:val="24"/>
          <w:szCs w:val="24"/>
          <w:lang w:val="bg-BG"/>
        </w:rPr>
        <w:t>___________________________________________________________________</w:t>
      </w:r>
    </w:p>
    <w:p w:rsidR="00AC6BE7" w:rsidRPr="00824267" w:rsidRDefault="001D3E53" w:rsidP="00824267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824267">
        <w:rPr>
          <w:rFonts w:ascii="Times New Roman" w:hAnsi="Times New Roman" w:cs="Times New Roman"/>
          <w:sz w:val="24"/>
          <w:szCs w:val="24"/>
        </w:rPr>
        <w:t>(трите имена на ученика)</w:t>
      </w:r>
    </w:p>
    <w:p w:rsidR="00824267" w:rsidRDefault="001D3E53" w:rsidP="00824267">
      <w:pPr>
        <w:spacing w:after="0" w:line="312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82426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4267">
        <w:rPr>
          <w:rFonts w:ascii="Times New Roman" w:hAnsi="Times New Roman" w:cs="Times New Roman"/>
          <w:sz w:val="24"/>
          <w:szCs w:val="24"/>
        </w:rPr>
        <w:t>Клас</w:t>
      </w:r>
      <w:proofErr w:type="spellEnd"/>
      <w:r w:rsidRPr="00824267">
        <w:rPr>
          <w:rFonts w:ascii="Times New Roman" w:hAnsi="Times New Roman" w:cs="Times New Roman"/>
          <w:sz w:val="24"/>
          <w:szCs w:val="24"/>
        </w:rPr>
        <w:t xml:space="preserve"> </w:t>
      </w:r>
      <w:r w:rsidR="00824267">
        <w:rPr>
          <w:rFonts w:ascii="Times New Roman" w:hAnsi="Times New Roman" w:cs="Times New Roman"/>
          <w:sz w:val="24"/>
          <w:szCs w:val="24"/>
          <w:lang w:val="bg-BG"/>
        </w:rPr>
        <w:t>_____________</w:t>
      </w:r>
      <w:r w:rsidRPr="00824267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824267">
        <w:rPr>
          <w:rFonts w:ascii="Times New Roman" w:hAnsi="Times New Roman" w:cs="Times New Roman"/>
          <w:sz w:val="24"/>
          <w:szCs w:val="24"/>
        </w:rPr>
        <w:t>Класен</w:t>
      </w:r>
      <w:proofErr w:type="spellEnd"/>
      <w:r w:rsidRPr="008242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67">
        <w:rPr>
          <w:rFonts w:ascii="Times New Roman" w:hAnsi="Times New Roman" w:cs="Times New Roman"/>
          <w:sz w:val="24"/>
          <w:szCs w:val="24"/>
        </w:rPr>
        <w:t>ръководител</w:t>
      </w:r>
      <w:proofErr w:type="spellEnd"/>
      <w:r w:rsidRPr="00824267">
        <w:rPr>
          <w:rFonts w:ascii="Times New Roman" w:hAnsi="Times New Roman" w:cs="Times New Roman"/>
          <w:sz w:val="24"/>
          <w:szCs w:val="24"/>
        </w:rPr>
        <w:t xml:space="preserve"> </w:t>
      </w:r>
      <w:r w:rsidR="00824267">
        <w:rPr>
          <w:rFonts w:ascii="Times New Roman" w:hAnsi="Times New Roman" w:cs="Times New Roman"/>
          <w:sz w:val="24"/>
          <w:szCs w:val="24"/>
          <w:lang w:val="bg-BG"/>
        </w:rPr>
        <w:t>_______________________________________</w:t>
      </w:r>
    </w:p>
    <w:p w:rsidR="00824267" w:rsidRDefault="00824267" w:rsidP="00824267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824267" w:rsidRDefault="00824267" w:rsidP="00824267">
      <w:pPr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</w:p>
    <w:p w:rsidR="00824267" w:rsidRDefault="00824267" w:rsidP="00824267">
      <w:pPr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</w:p>
    <w:p w:rsidR="00AC6BE7" w:rsidRPr="00824267" w:rsidRDefault="00824267" w:rsidP="00824267">
      <w:pPr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824267">
        <w:rPr>
          <w:rFonts w:ascii="Times New Roman" w:hAnsi="Times New Roman" w:cs="Times New Roman"/>
          <w:b/>
          <w:sz w:val="24"/>
          <w:szCs w:val="24"/>
        </w:rPr>
        <w:t>УВАЖАЕМА ГОСПОЖО ДИРЕКТОР,</w:t>
      </w:r>
    </w:p>
    <w:p w:rsidR="00AC6BE7" w:rsidRPr="00824267" w:rsidRDefault="001D3E53" w:rsidP="00824267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267">
        <w:rPr>
          <w:rFonts w:ascii="Times New Roman" w:hAnsi="Times New Roman" w:cs="Times New Roman"/>
          <w:sz w:val="24"/>
          <w:szCs w:val="24"/>
        </w:rPr>
        <w:t>Моля да разпоредите отписване на детето ми от групата за целодневно обучение (ЦДО), считано от .............. 20</w:t>
      </w:r>
      <w:proofErr w:type="gramStart"/>
      <w:r w:rsidRPr="00824267">
        <w:rPr>
          <w:rFonts w:ascii="Times New Roman" w:hAnsi="Times New Roman" w:cs="Times New Roman"/>
          <w:sz w:val="24"/>
          <w:szCs w:val="24"/>
        </w:rPr>
        <w:t>.....</w:t>
      </w:r>
      <w:proofErr w:type="gramEnd"/>
      <w:r w:rsidRPr="00824267">
        <w:rPr>
          <w:rFonts w:ascii="Times New Roman" w:hAnsi="Times New Roman" w:cs="Times New Roman"/>
          <w:sz w:val="24"/>
          <w:szCs w:val="24"/>
        </w:rPr>
        <w:t xml:space="preserve"> г., по лични причини.</w:t>
      </w:r>
    </w:p>
    <w:p w:rsidR="00AC6BE7" w:rsidRPr="00824267" w:rsidRDefault="001D3E53" w:rsidP="00824267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267">
        <w:rPr>
          <w:rFonts w:ascii="Times New Roman" w:hAnsi="Times New Roman" w:cs="Times New Roman"/>
          <w:sz w:val="24"/>
          <w:szCs w:val="24"/>
        </w:rPr>
        <w:t>Декларирам, че ще осигурявам лично прибиране на детето след приключване на задължителните учебни занятия.</w:t>
      </w:r>
    </w:p>
    <w:p w:rsidR="00AC6BE7" w:rsidRPr="00824267" w:rsidRDefault="001D3E53" w:rsidP="00824267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824267">
        <w:rPr>
          <w:rFonts w:ascii="Times New Roman" w:hAnsi="Times New Roman" w:cs="Times New Roman"/>
          <w:sz w:val="24"/>
          <w:szCs w:val="24"/>
        </w:rPr>
        <w:br/>
        <w:t>Дата: .................20</w:t>
      </w:r>
      <w:proofErr w:type="gramStart"/>
      <w:r w:rsidRPr="00824267">
        <w:rPr>
          <w:rFonts w:ascii="Times New Roman" w:hAnsi="Times New Roman" w:cs="Times New Roman"/>
          <w:sz w:val="24"/>
          <w:szCs w:val="24"/>
        </w:rPr>
        <w:t>.....</w:t>
      </w:r>
      <w:proofErr w:type="gramEnd"/>
      <w:r w:rsidRPr="00824267">
        <w:rPr>
          <w:rFonts w:ascii="Times New Roman" w:hAnsi="Times New Roman" w:cs="Times New Roman"/>
          <w:sz w:val="24"/>
          <w:szCs w:val="24"/>
        </w:rPr>
        <w:t xml:space="preserve"> г.                                        Подпис: ......................</w:t>
      </w:r>
    </w:p>
    <w:sectPr w:rsidR="00AC6BE7" w:rsidRPr="00824267" w:rsidSect="00824267">
      <w:pgSz w:w="12240" w:h="15840"/>
      <w:pgMar w:top="1440" w:right="1183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D3E53"/>
    <w:rsid w:val="0029639D"/>
    <w:rsid w:val="00326F90"/>
    <w:rsid w:val="007C21B6"/>
    <w:rsid w:val="00824267"/>
    <w:rsid w:val="00AA1D8D"/>
    <w:rsid w:val="00AC6BE7"/>
    <w:rsid w:val="00B47730"/>
    <w:rsid w:val="00B87C1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AC9616"/>
  <w14:defaultImageDpi w14:val="300"/>
  <w15:docId w15:val="{BE66BA35-F642-4283-9EDC-C2B69A3B6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semiHidden/>
    <w:unhideWhenUsed/>
    <w:rsid w:val="00824267"/>
    <w:rPr>
      <w:color w:val="0000FF" w:themeColor="hyperlink"/>
      <w:u w:val="single"/>
    </w:rPr>
  </w:style>
  <w:style w:type="paragraph" w:styleId="affb">
    <w:name w:val="Balloon Text"/>
    <w:basedOn w:val="a1"/>
    <w:link w:val="affc"/>
    <w:uiPriority w:val="99"/>
    <w:semiHidden/>
    <w:unhideWhenUsed/>
    <w:rsid w:val="007C2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c">
    <w:name w:val="Изнесен текст Знак"/>
    <w:basedOn w:val="a2"/>
    <w:link w:val="affb"/>
    <w:uiPriority w:val="99"/>
    <w:semiHidden/>
    <w:rsid w:val="007C21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6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1500105@edu.mon.bg" TargetMode="Externa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otec-paisi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33172B-8385-4849-A66D-C9B91568C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 Topalska</cp:lastModifiedBy>
  <cp:revision>4</cp:revision>
  <cp:lastPrinted>2025-11-25T12:44:00Z</cp:lastPrinted>
  <dcterms:created xsi:type="dcterms:W3CDTF">2013-12-23T23:15:00Z</dcterms:created>
  <dcterms:modified xsi:type="dcterms:W3CDTF">2025-11-25T13:39:00Z</dcterms:modified>
  <cp:category/>
</cp:coreProperties>
</file>